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4B46A" w14:textId="0D7B5128" w:rsidR="007A5172" w:rsidRPr="00911167" w:rsidRDefault="00911167" w:rsidP="00911167">
      <w:pPr>
        <w:ind w:left="1701"/>
        <w:jc w:val="center"/>
        <w:rPr>
          <w:lang w:val="cs-CZ"/>
        </w:rPr>
      </w:pPr>
      <w:r w:rsidRPr="00911167">
        <w:rPr>
          <w:noProof/>
          <w:lang w:val="cs-CZ"/>
        </w:rPr>
        <w:drawing>
          <wp:anchor distT="0" distB="0" distL="114300" distR="114300" simplePos="0" relativeHeight="251659264" behindDoc="1" locked="0" layoutInCell="1" allowOverlap="1" wp14:anchorId="013B3C96" wp14:editId="62AC35AA">
            <wp:simplePos x="0" y="0"/>
            <wp:positionH relativeFrom="column">
              <wp:posOffset>5935980</wp:posOffset>
            </wp:positionH>
            <wp:positionV relativeFrom="paragraph">
              <wp:posOffset>-162560</wp:posOffset>
            </wp:positionV>
            <wp:extent cx="1114425" cy="566420"/>
            <wp:effectExtent l="0" t="0" r="9525" b="5080"/>
            <wp:wrapTight wrapText="bothSides">
              <wp:wrapPolygon edited="0">
                <wp:start x="0" y="0"/>
                <wp:lineTo x="0" y="21067"/>
                <wp:lineTo x="21415" y="21067"/>
                <wp:lineTo x="21415" y="0"/>
                <wp:lineTo x="0" y="0"/>
              </wp:wrapPolygon>
            </wp:wrapTight>
            <wp:docPr id="457309131" name="Obrázek 1" descr="Obsah obrázku text, Písmo, logo, Grafika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309131" name="Obrázek 1" descr="Obsah obrázku text, Písmo, logo, Grafika&#10;&#10;Obsah vygenerovaný umělou inteligencí může být nesprávný.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566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911167">
        <w:rPr>
          <w:b/>
          <w:color w:val="002060"/>
          <w:sz w:val="48"/>
          <w:lang w:val="cs-CZ"/>
        </w:rPr>
        <w:t>REGISTRAČNÍ FORMULÁŘ PILOTA</w:t>
      </w:r>
    </w:p>
    <w:p w14:paraId="59FA14F5" w14:textId="6F127CEB" w:rsidR="007A5172" w:rsidRPr="00911167" w:rsidRDefault="00000000" w:rsidP="00F11ABE">
      <w:pPr>
        <w:ind w:left="1701"/>
        <w:jc w:val="center"/>
        <w:rPr>
          <w:lang w:val="cs-CZ"/>
        </w:rPr>
      </w:pPr>
      <w:r w:rsidRPr="00911167">
        <w:rPr>
          <w:b/>
          <w:color w:val="C00000"/>
          <w:sz w:val="36"/>
          <w:lang w:val="cs-CZ"/>
        </w:rPr>
        <w:t>Modelářská letecká pouť AMG Mýto 2026</w:t>
      </w:r>
    </w:p>
    <w:p w14:paraId="6A02DBA9" w14:textId="195D8FD8" w:rsidR="007A5172" w:rsidRPr="00911167" w:rsidRDefault="00000000">
      <w:pPr>
        <w:jc w:val="center"/>
        <w:rPr>
          <w:lang w:val="cs-CZ"/>
        </w:rPr>
      </w:pPr>
      <w:r w:rsidRPr="00911167">
        <w:rPr>
          <w:b/>
          <w:lang w:val="cs-CZ"/>
        </w:rPr>
        <w:t>25. jubilejní ročník • 1. 8. 2026 • Letiště AMG Mýto–Kařízek</w:t>
      </w:r>
    </w:p>
    <w:p w14:paraId="0AB1C860" w14:textId="4E362020" w:rsidR="007A5172" w:rsidRPr="00911167" w:rsidRDefault="00000000" w:rsidP="00911167">
      <w:pPr>
        <w:jc w:val="center"/>
        <w:rPr>
          <w:i/>
          <w:iCs/>
          <w:lang w:val="cs-CZ"/>
        </w:rPr>
      </w:pPr>
      <w:r w:rsidRPr="00911167">
        <w:rPr>
          <w:i/>
          <w:iCs/>
          <w:sz w:val="20"/>
          <w:lang w:val="cs-CZ"/>
        </w:rPr>
        <w:t>Formulář slouží k registraci pilotů a modelů na akci AMG Mýto 2026, pro potřeby organizátora, moderátora akce a potvrzení splnění legislativních požadavků.</w:t>
      </w:r>
    </w:p>
    <w:p w14:paraId="6160C684" w14:textId="77777777" w:rsidR="007A5172" w:rsidRPr="00911167" w:rsidRDefault="00000000">
      <w:pPr>
        <w:rPr>
          <w:lang w:val="cs-CZ"/>
        </w:rPr>
      </w:pPr>
      <w:r w:rsidRPr="00911167">
        <w:rPr>
          <w:b/>
          <w:color w:val="002060"/>
          <w:sz w:val="30"/>
          <w:lang w:val="cs-CZ"/>
        </w:rPr>
        <w:t>1. INFORMACE O PILOTOVI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4"/>
        <w:gridCol w:w="5322"/>
      </w:tblGrid>
      <w:tr w:rsidR="007A5172" w:rsidRPr="00911167" w14:paraId="55736975" w14:textId="77777777" w:rsidTr="00911167">
        <w:trPr>
          <w:trHeight w:val="283"/>
          <w:jc w:val="center"/>
        </w:trPr>
        <w:tc>
          <w:tcPr>
            <w:tcW w:w="5328" w:type="dxa"/>
          </w:tcPr>
          <w:p w14:paraId="58ACA645" w14:textId="77777777" w:rsidR="007A5172" w:rsidRPr="00911167" w:rsidRDefault="00000000">
            <w:pPr>
              <w:rPr>
                <w:lang w:val="cs-CZ"/>
              </w:rPr>
            </w:pPr>
            <w:permStart w:id="1906311520" w:edGrp="everyone" w:colFirst="1" w:colLast="1"/>
            <w:r w:rsidRPr="00911167">
              <w:rPr>
                <w:b/>
                <w:color w:val="002060"/>
                <w:lang w:val="cs-CZ"/>
              </w:rPr>
              <w:t>Jméno a příjmení</w:t>
            </w:r>
          </w:p>
        </w:tc>
        <w:tc>
          <w:tcPr>
            <w:tcW w:w="5328" w:type="dxa"/>
          </w:tcPr>
          <w:p w14:paraId="7273899E" w14:textId="7324D888" w:rsidR="007A5172" w:rsidRPr="00911167" w:rsidRDefault="007A5172">
            <w:pPr>
              <w:rPr>
                <w:lang w:val="cs-CZ"/>
              </w:rPr>
            </w:pPr>
          </w:p>
        </w:tc>
      </w:tr>
      <w:tr w:rsidR="007A5172" w:rsidRPr="00911167" w14:paraId="3BCCF9C3" w14:textId="77777777" w:rsidTr="00911167">
        <w:trPr>
          <w:trHeight w:val="283"/>
          <w:jc w:val="center"/>
        </w:trPr>
        <w:tc>
          <w:tcPr>
            <w:tcW w:w="5328" w:type="dxa"/>
          </w:tcPr>
          <w:p w14:paraId="47A19F78" w14:textId="77777777" w:rsidR="007A5172" w:rsidRPr="00911167" w:rsidRDefault="00000000">
            <w:pPr>
              <w:rPr>
                <w:lang w:val="cs-CZ"/>
              </w:rPr>
            </w:pPr>
            <w:permStart w:id="967793494" w:edGrp="everyone" w:colFirst="1" w:colLast="1"/>
            <w:permEnd w:id="1906311520"/>
            <w:r w:rsidRPr="00911167">
              <w:rPr>
                <w:b/>
                <w:color w:val="002060"/>
                <w:lang w:val="cs-CZ"/>
              </w:rPr>
              <w:t>Datum narození</w:t>
            </w:r>
          </w:p>
        </w:tc>
        <w:tc>
          <w:tcPr>
            <w:tcW w:w="5328" w:type="dxa"/>
          </w:tcPr>
          <w:p w14:paraId="1E6FA300" w14:textId="3DF970D3" w:rsidR="007A5172" w:rsidRPr="00911167" w:rsidRDefault="007A5172">
            <w:pPr>
              <w:rPr>
                <w:lang w:val="cs-CZ"/>
              </w:rPr>
            </w:pPr>
          </w:p>
        </w:tc>
      </w:tr>
      <w:tr w:rsidR="007A5172" w:rsidRPr="00911167" w14:paraId="33BB0959" w14:textId="77777777" w:rsidTr="00911167">
        <w:trPr>
          <w:trHeight w:val="283"/>
          <w:jc w:val="center"/>
        </w:trPr>
        <w:tc>
          <w:tcPr>
            <w:tcW w:w="5328" w:type="dxa"/>
          </w:tcPr>
          <w:p w14:paraId="4196819C" w14:textId="77777777" w:rsidR="007A5172" w:rsidRPr="00911167" w:rsidRDefault="00000000">
            <w:pPr>
              <w:rPr>
                <w:lang w:val="cs-CZ"/>
              </w:rPr>
            </w:pPr>
            <w:permStart w:id="1703491216" w:edGrp="everyone" w:colFirst="1" w:colLast="1"/>
            <w:permEnd w:id="967793494"/>
            <w:r w:rsidRPr="00911167">
              <w:rPr>
                <w:b/>
                <w:color w:val="002060"/>
                <w:lang w:val="cs-CZ"/>
              </w:rPr>
              <w:t>Telefon</w:t>
            </w:r>
          </w:p>
        </w:tc>
        <w:tc>
          <w:tcPr>
            <w:tcW w:w="5328" w:type="dxa"/>
          </w:tcPr>
          <w:p w14:paraId="45F71A5C" w14:textId="256A1DDA" w:rsidR="007A5172" w:rsidRPr="00911167" w:rsidRDefault="007A5172">
            <w:pPr>
              <w:rPr>
                <w:lang w:val="cs-CZ"/>
              </w:rPr>
            </w:pPr>
          </w:p>
        </w:tc>
      </w:tr>
      <w:tr w:rsidR="007A5172" w:rsidRPr="00911167" w14:paraId="1F442DAC" w14:textId="77777777" w:rsidTr="00911167">
        <w:trPr>
          <w:trHeight w:val="283"/>
          <w:jc w:val="center"/>
        </w:trPr>
        <w:tc>
          <w:tcPr>
            <w:tcW w:w="5328" w:type="dxa"/>
          </w:tcPr>
          <w:p w14:paraId="29627194" w14:textId="77777777" w:rsidR="007A5172" w:rsidRPr="00911167" w:rsidRDefault="00000000">
            <w:pPr>
              <w:rPr>
                <w:lang w:val="cs-CZ"/>
              </w:rPr>
            </w:pPr>
            <w:permStart w:id="1787825992" w:edGrp="everyone" w:colFirst="1" w:colLast="1"/>
            <w:permEnd w:id="1703491216"/>
            <w:r w:rsidRPr="00911167">
              <w:rPr>
                <w:b/>
                <w:color w:val="002060"/>
                <w:lang w:val="cs-CZ"/>
              </w:rPr>
              <w:t>E-mail</w:t>
            </w:r>
          </w:p>
        </w:tc>
        <w:tc>
          <w:tcPr>
            <w:tcW w:w="5328" w:type="dxa"/>
          </w:tcPr>
          <w:p w14:paraId="40ABF0DD" w14:textId="6D6A72BD" w:rsidR="007A5172" w:rsidRPr="00911167" w:rsidRDefault="007A5172">
            <w:pPr>
              <w:rPr>
                <w:lang w:val="cs-CZ"/>
              </w:rPr>
            </w:pPr>
          </w:p>
        </w:tc>
      </w:tr>
      <w:tr w:rsidR="007A5172" w:rsidRPr="00911167" w14:paraId="384A333B" w14:textId="77777777" w:rsidTr="00911167">
        <w:trPr>
          <w:trHeight w:val="283"/>
          <w:jc w:val="center"/>
        </w:trPr>
        <w:tc>
          <w:tcPr>
            <w:tcW w:w="5328" w:type="dxa"/>
          </w:tcPr>
          <w:p w14:paraId="1598DBBB" w14:textId="77777777" w:rsidR="007A5172" w:rsidRPr="00911167" w:rsidRDefault="00000000">
            <w:pPr>
              <w:rPr>
                <w:lang w:val="cs-CZ"/>
              </w:rPr>
            </w:pPr>
            <w:permStart w:id="2118869928" w:edGrp="everyone" w:colFirst="1" w:colLast="1"/>
            <w:permEnd w:id="1787825992"/>
            <w:r w:rsidRPr="00911167">
              <w:rPr>
                <w:b/>
                <w:color w:val="002060"/>
                <w:lang w:val="cs-CZ"/>
              </w:rPr>
              <w:t>Klub / organizace</w:t>
            </w:r>
          </w:p>
        </w:tc>
        <w:tc>
          <w:tcPr>
            <w:tcW w:w="5328" w:type="dxa"/>
          </w:tcPr>
          <w:p w14:paraId="243249E9" w14:textId="27C09E38" w:rsidR="007A5172" w:rsidRPr="00911167" w:rsidRDefault="007A5172">
            <w:pPr>
              <w:rPr>
                <w:lang w:val="cs-CZ"/>
              </w:rPr>
            </w:pPr>
          </w:p>
        </w:tc>
      </w:tr>
      <w:tr w:rsidR="007A5172" w:rsidRPr="00911167" w14:paraId="06B47ECE" w14:textId="77777777" w:rsidTr="00911167">
        <w:trPr>
          <w:trHeight w:val="283"/>
          <w:jc w:val="center"/>
        </w:trPr>
        <w:tc>
          <w:tcPr>
            <w:tcW w:w="5328" w:type="dxa"/>
          </w:tcPr>
          <w:p w14:paraId="119C3222" w14:textId="690C415D" w:rsidR="007A5172" w:rsidRPr="00911167" w:rsidRDefault="00000000">
            <w:pPr>
              <w:rPr>
                <w:lang w:val="cs-CZ"/>
              </w:rPr>
            </w:pPr>
            <w:permStart w:id="401172800" w:edGrp="everyone" w:colFirst="1" w:colLast="1"/>
            <w:permEnd w:id="2118869928"/>
            <w:r w:rsidRPr="00911167">
              <w:rPr>
                <w:b/>
                <w:color w:val="002060"/>
                <w:lang w:val="cs-CZ"/>
              </w:rPr>
              <w:t>Registrace SMČR</w:t>
            </w:r>
            <w:r w:rsidR="00911167" w:rsidRPr="00911167">
              <w:rPr>
                <w:b/>
                <w:color w:val="002060"/>
                <w:lang w:val="cs-CZ"/>
              </w:rPr>
              <w:t xml:space="preserve"> (např. CZE 184-001)</w:t>
            </w:r>
          </w:p>
        </w:tc>
        <w:tc>
          <w:tcPr>
            <w:tcW w:w="5328" w:type="dxa"/>
          </w:tcPr>
          <w:p w14:paraId="303BF1B5" w14:textId="23829101" w:rsidR="007A5172" w:rsidRPr="00911167" w:rsidRDefault="007A5172">
            <w:pPr>
              <w:rPr>
                <w:lang w:val="cs-CZ"/>
              </w:rPr>
            </w:pPr>
          </w:p>
        </w:tc>
      </w:tr>
      <w:permEnd w:id="401172800"/>
    </w:tbl>
    <w:p w14:paraId="1DD49E8B" w14:textId="77777777" w:rsidR="007A5172" w:rsidRPr="00911167" w:rsidRDefault="007A5172">
      <w:pPr>
        <w:rPr>
          <w:lang w:val="cs-CZ"/>
        </w:rPr>
      </w:pPr>
    </w:p>
    <w:p w14:paraId="00D30654" w14:textId="77777777" w:rsidR="007A5172" w:rsidRPr="00911167" w:rsidRDefault="00000000">
      <w:pPr>
        <w:rPr>
          <w:lang w:val="cs-CZ"/>
        </w:rPr>
      </w:pPr>
      <w:r w:rsidRPr="00911167">
        <w:rPr>
          <w:b/>
          <w:color w:val="C00000"/>
          <w:sz w:val="30"/>
          <w:lang w:val="cs-CZ"/>
        </w:rPr>
        <w:t>2. INFORMACE O MODELU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7107"/>
      </w:tblGrid>
      <w:tr w:rsidR="007A5172" w:rsidRPr="00911167" w14:paraId="245346D4" w14:textId="77777777" w:rsidTr="00034A4B">
        <w:trPr>
          <w:jc w:val="center"/>
        </w:trPr>
        <w:tc>
          <w:tcPr>
            <w:tcW w:w="3539" w:type="dxa"/>
          </w:tcPr>
          <w:p w14:paraId="3AA67119" w14:textId="4E74D6D5" w:rsidR="007A5172" w:rsidRPr="00BE4951" w:rsidRDefault="00000000">
            <w:pPr>
              <w:rPr>
                <w:lang w:val="cs-CZ"/>
              </w:rPr>
            </w:pPr>
            <w:permStart w:id="343109970" w:edGrp="everyone" w:colFirst="1" w:colLast="1"/>
            <w:r w:rsidRPr="00BE4951">
              <w:rPr>
                <w:b/>
                <w:color w:val="C00000"/>
                <w:lang w:val="cs-CZ"/>
              </w:rPr>
              <w:t>Název modelu</w:t>
            </w:r>
          </w:p>
        </w:tc>
        <w:tc>
          <w:tcPr>
            <w:tcW w:w="7107" w:type="dxa"/>
          </w:tcPr>
          <w:p w14:paraId="1E4DA8D9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6A1776C8" w14:textId="77777777" w:rsidTr="00034A4B">
        <w:trPr>
          <w:jc w:val="center"/>
        </w:trPr>
        <w:tc>
          <w:tcPr>
            <w:tcW w:w="3539" w:type="dxa"/>
          </w:tcPr>
          <w:p w14:paraId="29D0FD1F" w14:textId="77777777" w:rsidR="007A5172" w:rsidRPr="00BE4951" w:rsidRDefault="00000000">
            <w:pPr>
              <w:rPr>
                <w:lang w:val="cs-CZ"/>
              </w:rPr>
            </w:pPr>
            <w:permStart w:id="1369586490" w:edGrp="everyone" w:colFirst="1" w:colLast="1"/>
            <w:permEnd w:id="343109970"/>
            <w:r w:rsidRPr="00BE4951">
              <w:rPr>
                <w:b/>
                <w:color w:val="C00000"/>
                <w:lang w:val="cs-CZ"/>
              </w:rPr>
              <w:t>Předloha skutečného letounu</w:t>
            </w:r>
          </w:p>
        </w:tc>
        <w:tc>
          <w:tcPr>
            <w:tcW w:w="7107" w:type="dxa"/>
          </w:tcPr>
          <w:p w14:paraId="518B5A63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20045CB9" w14:textId="77777777" w:rsidTr="00034A4B">
        <w:trPr>
          <w:jc w:val="center"/>
        </w:trPr>
        <w:tc>
          <w:tcPr>
            <w:tcW w:w="3539" w:type="dxa"/>
          </w:tcPr>
          <w:p w14:paraId="56709932" w14:textId="2067F905" w:rsidR="007A5172" w:rsidRPr="00BE4951" w:rsidRDefault="00000000">
            <w:pPr>
              <w:rPr>
                <w:lang w:val="cs-CZ"/>
              </w:rPr>
            </w:pPr>
            <w:permStart w:id="1013319251" w:edGrp="everyone" w:colFirst="1" w:colLast="1"/>
            <w:permEnd w:id="1369586490"/>
            <w:r w:rsidRPr="00BE4951">
              <w:rPr>
                <w:b/>
                <w:color w:val="C00000"/>
                <w:lang w:val="cs-CZ"/>
              </w:rPr>
              <w:t>Rozpětí</w:t>
            </w:r>
            <w:r w:rsidR="006F4182" w:rsidRPr="00BE4951">
              <w:rPr>
                <w:b/>
                <w:color w:val="C00000"/>
                <w:lang w:val="cs-CZ"/>
              </w:rPr>
              <w:t xml:space="preserve"> [mm]</w:t>
            </w:r>
          </w:p>
        </w:tc>
        <w:tc>
          <w:tcPr>
            <w:tcW w:w="7107" w:type="dxa"/>
          </w:tcPr>
          <w:p w14:paraId="38B20205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3A28066B" w14:textId="77777777" w:rsidTr="00034A4B">
        <w:trPr>
          <w:jc w:val="center"/>
        </w:trPr>
        <w:tc>
          <w:tcPr>
            <w:tcW w:w="3539" w:type="dxa"/>
          </w:tcPr>
          <w:p w14:paraId="6265F60E" w14:textId="442C1B4B" w:rsidR="007A5172" w:rsidRPr="00BE4951" w:rsidRDefault="00000000">
            <w:pPr>
              <w:rPr>
                <w:lang w:val="cs-CZ"/>
              </w:rPr>
            </w:pPr>
            <w:permStart w:id="424106056" w:edGrp="everyone" w:colFirst="1" w:colLast="1"/>
            <w:permEnd w:id="1013319251"/>
            <w:r w:rsidRPr="00BE4951">
              <w:rPr>
                <w:b/>
                <w:color w:val="C00000"/>
                <w:lang w:val="cs-CZ"/>
              </w:rPr>
              <w:t>Délka</w:t>
            </w:r>
            <w:r w:rsidR="006F4182" w:rsidRPr="00BE4951">
              <w:rPr>
                <w:b/>
                <w:color w:val="C00000"/>
                <w:lang w:val="cs-CZ"/>
              </w:rPr>
              <w:t xml:space="preserve"> [mm]</w:t>
            </w:r>
          </w:p>
        </w:tc>
        <w:tc>
          <w:tcPr>
            <w:tcW w:w="7107" w:type="dxa"/>
          </w:tcPr>
          <w:p w14:paraId="7C9D508C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4194F03B" w14:textId="77777777" w:rsidTr="00034A4B">
        <w:trPr>
          <w:jc w:val="center"/>
        </w:trPr>
        <w:tc>
          <w:tcPr>
            <w:tcW w:w="3539" w:type="dxa"/>
          </w:tcPr>
          <w:p w14:paraId="2C8AFE94" w14:textId="6F65292E" w:rsidR="007A5172" w:rsidRPr="00BE4951" w:rsidRDefault="00000000">
            <w:pPr>
              <w:rPr>
                <w:lang w:val="cs-CZ"/>
              </w:rPr>
            </w:pPr>
            <w:permStart w:id="174289527" w:edGrp="everyone" w:colFirst="1" w:colLast="1"/>
            <w:permEnd w:id="424106056"/>
            <w:r w:rsidRPr="00BE4951">
              <w:rPr>
                <w:b/>
                <w:color w:val="C00000"/>
                <w:lang w:val="cs-CZ"/>
              </w:rPr>
              <w:t>Hmotnost</w:t>
            </w:r>
            <w:r w:rsidR="006F4182" w:rsidRPr="00BE4951">
              <w:rPr>
                <w:b/>
                <w:color w:val="C00000"/>
                <w:lang w:val="cs-CZ"/>
              </w:rPr>
              <w:t xml:space="preserve"> [g]</w:t>
            </w:r>
          </w:p>
        </w:tc>
        <w:tc>
          <w:tcPr>
            <w:tcW w:w="7107" w:type="dxa"/>
          </w:tcPr>
          <w:p w14:paraId="6B554715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49AF4007" w14:textId="77777777" w:rsidTr="00034A4B">
        <w:trPr>
          <w:jc w:val="center"/>
        </w:trPr>
        <w:tc>
          <w:tcPr>
            <w:tcW w:w="3539" w:type="dxa"/>
          </w:tcPr>
          <w:p w14:paraId="09D0EE2A" w14:textId="098323E1" w:rsidR="007A5172" w:rsidRPr="00BE4951" w:rsidRDefault="00000000">
            <w:pPr>
              <w:rPr>
                <w:lang w:val="cs-CZ"/>
              </w:rPr>
            </w:pPr>
            <w:permStart w:id="947729519" w:edGrp="everyone" w:colFirst="1" w:colLast="1"/>
            <w:permEnd w:id="174289527"/>
            <w:r w:rsidRPr="00BE4951">
              <w:rPr>
                <w:b/>
                <w:color w:val="C00000"/>
                <w:lang w:val="cs-CZ"/>
              </w:rPr>
              <w:t>Typ pohonu</w:t>
            </w:r>
            <w:r w:rsidR="006F4182" w:rsidRPr="00BE4951">
              <w:rPr>
                <w:b/>
                <w:color w:val="C00000"/>
                <w:lang w:val="cs-CZ"/>
              </w:rPr>
              <w:t xml:space="preserve"> [elektro/benzin/jet]</w:t>
            </w:r>
          </w:p>
        </w:tc>
        <w:tc>
          <w:tcPr>
            <w:tcW w:w="7107" w:type="dxa"/>
          </w:tcPr>
          <w:p w14:paraId="2F4D75DC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6174DEB7" w14:textId="77777777" w:rsidTr="00034A4B">
        <w:trPr>
          <w:jc w:val="center"/>
        </w:trPr>
        <w:tc>
          <w:tcPr>
            <w:tcW w:w="3539" w:type="dxa"/>
          </w:tcPr>
          <w:p w14:paraId="633834D7" w14:textId="77777777" w:rsidR="007A5172" w:rsidRPr="00BE4951" w:rsidRDefault="00000000">
            <w:pPr>
              <w:rPr>
                <w:lang w:val="cs-CZ"/>
              </w:rPr>
            </w:pPr>
            <w:permStart w:id="598493352" w:edGrp="everyone" w:colFirst="1" w:colLast="1"/>
            <w:permEnd w:id="947729519"/>
            <w:r w:rsidRPr="00BE4951">
              <w:rPr>
                <w:b/>
                <w:color w:val="C00000"/>
                <w:lang w:val="cs-CZ"/>
              </w:rPr>
              <w:t>Počet motorů</w:t>
            </w:r>
          </w:p>
        </w:tc>
        <w:tc>
          <w:tcPr>
            <w:tcW w:w="7107" w:type="dxa"/>
          </w:tcPr>
          <w:p w14:paraId="7E50164F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5EC8BA74" w14:textId="77777777" w:rsidTr="00034A4B">
        <w:trPr>
          <w:jc w:val="center"/>
        </w:trPr>
        <w:tc>
          <w:tcPr>
            <w:tcW w:w="3539" w:type="dxa"/>
          </w:tcPr>
          <w:p w14:paraId="5B9102CC" w14:textId="77777777" w:rsidR="007A5172" w:rsidRPr="00BE4951" w:rsidRDefault="00000000">
            <w:pPr>
              <w:rPr>
                <w:lang w:val="cs-CZ"/>
              </w:rPr>
            </w:pPr>
            <w:permStart w:id="1965173855" w:edGrp="everyone" w:colFirst="1" w:colLast="1"/>
            <w:permEnd w:id="598493352"/>
            <w:r w:rsidRPr="00BE4951">
              <w:rPr>
                <w:b/>
                <w:color w:val="C00000"/>
                <w:lang w:val="cs-CZ"/>
              </w:rPr>
              <w:t>Výrobce / stavebnice</w:t>
            </w:r>
          </w:p>
        </w:tc>
        <w:tc>
          <w:tcPr>
            <w:tcW w:w="7107" w:type="dxa"/>
          </w:tcPr>
          <w:p w14:paraId="652530A9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59A55CDA" w14:textId="77777777" w:rsidTr="00034A4B">
        <w:trPr>
          <w:jc w:val="center"/>
        </w:trPr>
        <w:tc>
          <w:tcPr>
            <w:tcW w:w="3539" w:type="dxa"/>
          </w:tcPr>
          <w:p w14:paraId="55A5E608" w14:textId="77777777" w:rsidR="007A5172" w:rsidRPr="00BE4951" w:rsidRDefault="00000000">
            <w:pPr>
              <w:rPr>
                <w:lang w:val="cs-CZ"/>
              </w:rPr>
            </w:pPr>
            <w:permStart w:id="1920555697" w:edGrp="everyone" w:colFirst="1" w:colLast="1"/>
            <w:permEnd w:id="1965173855"/>
            <w:r w:rsidRPr="00BE4951">
              <w:rPr>
                <w:b/>
                <w:color w:val="C00000"/>
                <w:lang w:val="cs-CZ"/>
              </w:rPr>
              <w:t>Vlastní výroba / úpravy</w:t>
            </w:r>
          </w:p>
        </w:tc>
        <w:tc>
          <w:tcPr>
            <w:tcW w:w="7107" w:type="dxa"/>
          </w:tcPr>
          <w:p w14:paraId="58769E57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6EF3DF57" w14:textId="77777777" w:rsidTr="00034A4B">
        <w:trPr>
          <w:jc w:val="center"/>
        </w:trPr>
        <w:tc>
          <w:tcPr>
            <w:tcW w:w="3539" w:type="dxa"/>
          </w:tcPr>
          <w:p w14:paraId="37E7EA97" w14:textId="77777777" w:rsidR="007A5172" w:rsidRPr="00BE4951" w:rsidRDefault="00000000">
            <w:pPr>
              <w:rPr>
                <w:lang w:val="cs-CZ"/>
              </w:rPr>
            </w:pPr>
            <w:permStart w:id="564549431" w:edGrp="everyone" w:colFirst="1" w:colLast="1"/>
            <w:permEnd w:id="1920555697"/>
            <w:r w:rsidRPr="00BE4951">
              <w:rPr>
                <w:b/>
                <w:color w:val="C00000"/>
                <w:lang w:val="cs-CZ"/>
              </w:rPr>
              <w:t>Materiál konstrukce</w:t>
            </w:r>
          </w:p>
        </w:tc>
        <w:tc>
          <w:tcPr>
            <w:tcW w:w="7107" w:type="dxa"/>
          </w:tcPr>
          <w:p w14:paraId="571F8310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3EE1FC20" w14:textId="77777777" w:rsidTr="00034A4B">
        <w:trPr>
          <w:jc w:val="center"/>
        </w:trPr>
        <w:tc>
          <w:tcPr>
            <w:tcW w:w="3539" w:type="dxa"/>
          </w:tcPr>
          <w:p w14:paraId="1CCC0757" w14:textId="77777777" w:rsidR="007A5172" w:rsidRPr="00BE4951" w:rsidRDefault="00000000">
            <w:pPr>
              <w:rPr>
                <w:lang w:val="cs-CZ"/>
              </w:rPr>
            </w:pPr>
            <w:permStart w:id="707791039" w:edGrp="everyone" w:colFirst="1" w:colLast="1"/>
            <w:permEnd w:id="564549431"/>
            <w:r w:rsidRPr="00BE4951">
              <w:rPr>
                <w:b/>
                <w:color w:val="C00000"/>
                <w:lang w:val="cs-CZ"/>
              </w:rPr>
              <w:t>Povrchová úprava</w:t>
            </w:r>
          </w:p>
        </w:tc>
        <w:tc>
          <w:tcPr>
            <w:tcW w:w="7107" w:type="dxa"/>
          </w:tcPr>
          <w:p w14:paraId="5A425C76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0B766F36" w14:textId="77777777" w:rsidTr="00034A4B">
        <w:trPr>
          <w:jc w:val="center"/>
        </w:trPr>
        <w:tc>
          <w:tcPr>
            <w:tcW w:w="3539" w:type="dxa"/>
            <w:vAlign w:val="center"/>
          </w:tcPr>
          <w:p w14:paraId="7E92289E" w14:textId="47095C05" w:rsidR="007A5172" w:rsidRPr="00BE4951" w:rsidRDefault="006F4182" w:rsidP="006F4182">
            <w:pPr>
              <w:rPr>
                <w:lang w:val="cs-CZ"/>
              </w:rPr>
            </w:pPr>
            <w:permStart w:id="2110732588" w:edGrp="everyone" w:colFirst="1" w:colLast="1"/>
            <w:permEnd w:id="707791039"/>
            <w:r w:rsidRPr="00BE4951"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7353050C" wp14:editId="286971CA">
                  <wp:simplePos x="0" y="0"/>
                  <wp:positionH relativeFrom="column">
                    <wp:posOffset>2451100</wp:posOffset>
                  </wp:positionH>
                  <wp:positionV relativeFrom="paragraph">
                    <wp:posOffset>-76200</wp:posOffset>
                  </wp:positionV>
                  <wp:extent cx="333375" cy="333375"/>
                  <wp:effectExtent l="0" t="0" r="0" b="9525"/>
                  <wp:wrapTight wrapText="bothSides">
                    <wp:wrapPolygon edited="0">
                      <wp:start x="7406" y="0"/>
                      <wp:lineTo x="2469" y="11109"/>
                      <wp:lineTo x="1234" y="20983"/>
                      <wp:lineTo x="19749" y="20983"/>
                      <wp:lineTo x="17280" y="2469"/>
                      <wp:lineTo x="16046" y="0"/>
                      <wp:lineTo x="7406" y="0"/>
                    </wp:wrapPolygon>
                  </wp:wrapTight>
                  <wp:docPr id="1459069110" name="Picture 1" descr="Radio Controller Icons - Free SVG &amp; PNG Radio Controller Images - Noun 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adio Controller Icons - Free SVG &amp; PNG Radio Controller Images - Noun 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 w:rsidRPr="00BE4951">
              <w:rPr>
                <w:b/>
                <w:color w:val="C00000"/>
                <w:lang w:val="cs-CZ"/>
              </w:rPr>
              <w:t xml:space="preserve">Používaný RC systém </w:t>
            </w:r>
            <w:r w:rsidRPr="00BE4951">
              <w:rPr>
                <w:b/>
                <w:color w:val="C00000"/>
                <w:lang w:val="cs-CZ"/>
              </w:rPr>
              <w:t>+</w:t>
            </w:r>
            <w:r w:rsidR="00000000" w:rsidRPr="00BE4951">
              <w:rPr>
                <w:b/>
                <w:color w:val="C00000"/>
                <w:lang w:val="cs-CZ"/>
              </w:rPr>
              <w:t xml:space="preserve"> frekvence</w:t>
            </w:r>
            <w:r w:rsidRPr="00BE4951">
              <w:rPr>
                <w:b/>
                <w:color w:val="C00000"/>
                <w:lang w:val="cs-CZ"/>
              </w:rPr>
              <w:t xml:space="preserve"> </w:t>
            </w:r>
          </w:p>
        </w:tc>
        <w:tc>
          <w:tcPr>
            <w:tcW w:w="7107" w:type="dxa"/>
          </w:tcPr>
          <w:p w14:paraId="482D432A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tr w:rsidR="007A5172" w:rsidRPr="00911167" w14:paraId="5DC64D36" w14:textId="77777777" w:rsidTr="00034A4B">
        <w:trPr>
          <w:jc w:val="center"/>
        </w:trPr>
        <w:tc>
          <w:tcPr>
            <w:tcW w:w="3539" w:type="dxa"/>
          </w:tcPr>
          <w:p w14:paraId="599532FF" w14:textId="77777777" w:rsidR="007A5172" w:rsidRPr="00BE4951" w:rsidRDefault="00000000">
            <w:pPr>
              <w:rPr>
                <w:lang w:val="cs-CZ"/>
              </w:rPr>
            </w:pPr>
            <w:permStart w:id="1101874428" w:edGrp="everyone" w:colFirst="1" w:colLast="1"/>
            <w:permEnd w:id="2110732588"/>
            <w:r w:rsidRPr="00BE4951">
              <w:rPr>
                <w:b/>
                <w:color w:val="C00000"/>
                <w:lang w:val="cs-CZ"/>
              </w:rPr>
              <w:t>Další technické informace</w:t>
            </w:r>
          </w:p>
        </w:tc>
        <w:tc>
          <w:tcPr>
            <w:tcW w:w="7107" w:type="dxa"/>
          </w:tcPr>
          <w:p w14:paraId="4BD24C4F" w14:textId="77777777" w:rsidR="007A5172" w:rsidRPr="00911167" w:rsidRDefault="00000000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</w:tc>
      </w:tr>
      <w:permEnd w:id="1101874428"/>
    </w:tbl>
    <w:p w14:paraId="1B8CFAA5" w14:textId="74DFF81A" w:rsidR="00BE4951" w:rsidRDefault="00BE4951">
      <w:pPr>
        <w:rPr>
          <w:lang w:val="cs-CZ"/>
        </w:rPr>
      </w:pPr>
    </w:p>
    <w:p w14:paraId="4F3DE90B" w14:textId="77777777" w:rsidR="00BE4951" w:rsidRDefault="00BE4951">
      <w:pPr>
        <w:rPr>
          <w:lang w:val="cs-CZ"/>
        </w:rPr>
      </w:pPr>
      <w:r>
        <w:rPr>
          <w:lang w:val="cs-CZ"/>
        </w:rPr>
        <w:br w:type="page"/>
      </w:r>
    </w:p>
    <w:p w14:paraId="0A78403F" w14:textId="77777777" w:rsidR="007A5172" w:rsidRPr="00911167" w:rsidRDefault="00000000">
      <w:pPr>
        <w:rPr>
          <w:lang w:val="cs-CZ"/>
        </w:rPr>
      </w:pPr>
      <w:r w:rsidRPr="00911167">
        <w:rPr>
          <w:b/>
          <w:color w:val="002060"/>
          <w:sz w:val="30"/>
          <w:lang w:val="cs-CZ"/>
        </w:rPr>
        <w:lastRenderedPageBreak/>
        <w:t>3. INFORMACE PRO MODERÁTORA</w:t>
      </w:r>
    </w:p>
    <w:p w14:paraId="42455C1F" w14:textId="77777777" w:rsidR="007A5172" w:rsidRPr="00911167" w:rsidRDefault="00000000">
      <w:pPr>
        <w:rPr>
          <w:lang w:val="cs-CZ"/>
        </w:rPr>
      </w:pPr>
      <w:r w:rsidRPr="00911167">
        <w:rPr>
          <w:sz w:val="20"/>
          <w:lang w:val="cs-CZ"/>
        </w:rPr>
        <w:t>Vyplňte prosím zajímavosti o modelu, historii předlohy, technické specifikace, unikátní konstrukční prvky, pilotní zkušenosti nebo jiné informace vhodné pro živý komentář během letového vystoupení.</w:t>
      </w:r>
    </w:p>
    <w:tbl>
      <w:tblPr>
        <w:tblStyle w:val="TableGrid"/>
        <w:tblW w:w="10675" w:type="dxa"/>
        <w:jc w:val="center"/>
        <w:tblLook w:val="04A0" w:firstRow="1" w:lastRow="0" w:firstColumn="1" w:lastColumn="0" w:noHBand="0" w:noVBand="1"/>
      </w:tblPr>
      <w:tblGrid>
        <w:gridCol w:w="10675"/>
      </w:tblGrid>
      <w:tr w:rsidR="00911167" w:rsidRPr="00911167" w14:paraId="698A82EB" w14:textId="77777777" w:rsidTr="00034A4B">
        <w:trPr>
          <w:trHeight w:val="7714"/>
          <w:jc w:val="center"/>
        </w:trPr>
        <w:tc>
          <w:tcPr>
            <w:tcW w:w="10675" w:type="dxa"/>
          </w:tcPr>
          <w:p w14:paraId="165C9B55" w14:textId="77777777" w:rsidR="00911167" w:rsidRPr="00911167" w:rsidRDefault="00911167">
            <w:pPr>
              <w:rPr>
                <w:lang w:val="cs-CZ"/>
              </w:rPr>
            </w:pPr>
            <w:permStart w:id="608269240" w:edGrp="everyone"/>
            <w:r w:rsidRPr="00911167">
              <w:rPr>
                <w:lang w:val="cs-CZ"/>
              </w:rPr>
              <w:br/>
            </w:r>
            <w:r w:rsidRPr="00911167">
              <w:rPr>
                <w:lang w:val="cs-CZ"/>
              </w:rPr>
              <w:br/>
            </w:r>
          </w:p>
          <w:p w14:paraId="79BFB6F6" w14:textId="77777777" w:rsidR="00911167" w:rsidRPr="00911167" w:rsidRDefault="00911167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  <w:r w:rsidRPr="00911167">
              <w:rPr>
                <w:lang w:val="cs-CZ"/>
              </w:rPr>
              <w:br/>
            </w:r>
          </w:p>
          <w:p w14:paraId="4ADAE637" w14:textId="77777777" w:rsidR="00911167" w:rsidRPr="00911167" w:rsidRDefault="00911167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  <w:r w:rsidRPr="00911167">
              <w:rPr>
                <w:lang w:val="cs-CZ"/>
              </w:rPr>
              <w:br/>
            </w:r>
          </w:p>
          <w:p w14:paraId="3104341F" w14:textId="77777777" w:rsidR="006E3A44" w:rsidRPr="00911167" w:rsidRDefault="00911167" w:rsidP="006E3A44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  <w:r w:rsidRPr="00911167">
              <w:rPr>
                <w:lang w:val="cs-CZ"/>
              </w:rPr>
              <w:br/>
            </w:r>
            <w:r w:rsidR="006E3A44" w:rsidRPr="00911167">
              <w:rPr>
                <w:lang w:val="cs-CZ"/>
              </w:rPr>
              <w:br/>
            </w:r>
            <w:r w:rsidR="006E3A44" w:rsidRPr="00911167">
              <w:rPr>
                <w:lang w:val="cs-CZ"/>
              </w:rPr>
              <w:br/>
            </w:r>
          </w:p>
          <w:p w14:paraId="09504FEC" w14:textId="77777777" w:rsidR="006E3A44" w:rsidRPr="00911167" w:rsidRDefault="006E3A44" w:rsidP="006E3A44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  <w:r w:rsidRPr="00911167">
              <w:rPr>
                <w:lang w:val="cs-CZ"/>
              </w:rPr>
              <w:br/>
            </w:r>
          </w:p>
          <w:p w14:paraId="6916CF39" w14:textId="77777777" w:rsidR="006E3A44" w:rsidRPr="00911167" w:rsidRDefault="006E3A44" w:rsidP="006E3A44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  <w:r w:rsidRPr="00911167">
              <w:rPr>
                <w:lang w:val="cs-CZ"/>
              </w:rPr>
              <w:br/>
            </w:r>
          </w:p>
          <w:p w14:paraId="6C494733" w14:textId="77777777" w:rsidR="006E3A44" w:rsidRPr="00911167" w:rsidRDefault="006E3A44" w:rsidP="006E3A44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  <w:r w:rsidRPr="00911167">
              <w:rPr>
                <w:lang w:val="cs-CZ"/>
              </w:rPr>
              <w:br/>
            </w:r>
            <w:r w:rsidRPr="00911167">
              <w:rPr>
                <w:lang w:val="cs-CZ"/>
              </w:rPr>
              <w:br/>
            </w:r>
            <w:r w:rsidRPr="00911167">
              <w:rPr>
                <w:lang w:val="cs-CZ"/>
              </w:rPr>
              <w:br/>
            </w:r>
          </w:p>
          <w:p w14:paraId="402BDE5E" w14:textId="77777777" w:rsidR="00911167" w:rsidRDefault="006E3A44" w:rsidP="006E3A44">
            <w:pPr>
              <w:rPr>
                <w:lang w:val="cs-CZ"/>
              </w:rPr>
            </w:pPr>
            <w:r w:rsidRPr="00911167">
              <w:rPr>
                <w:lang w:val="cs-CZ"/>
              </w:rPr>
              <w:br/>
            </w:r>
          </w:p>
          <w:p w14:paraId="592EEF34" w14:textId="77777777" w:rsidR="006E3A44" w:rsidRDefault="006E3A44" w:rsidP="006E3A44">
            <w:pPr>
              <w:rPr>
                <w:lang w:val="cs-CZ"/>
              </w:rPr>
            </w:pPr>
          </w:p>
          <w:p w14:paraId="01F37417" w14:textId="77777777" w:rsidR="006E3A44" w:rsidRDefault="006E3A44" w:rsidP="006E3A44">
            <w:pPr>
              <w:rPr>
                <w:lang w:val="cs-CZ"/>
              </w:rPr>
            </w:pPr>
          </w:p>
          <w:permEnd w:id="608269240"/>
          <w:p w14:paraId="79EBE3AE" w14:textId="56B1A5B6" w:rsidR="006E3A44" w:rsidRPr="00911167" w:rsidRDefault="006E3A44" w:rsidP="006E3A44">
            <w:pPr>
              <w:rPr>
                <w:lang w:val="cs-CZ"/>
              </w:rPr>
            </w:pPr>
          </w:p>
        </w:tc>
      </w:tr>
    </w:tbl>
    <w:p w14:paraId="0F7DA033" w14:textId="77777777" w:rsidR="007A5172" w:rsidRPr="00911167" w:rsidRDefault="007A5172">
      <w:pPr>
        <w:rPr>
          <w:lang w:val="cs-CZ"/>
        </w:rPr>
      </w:pPr>
    </w:p>
    <w:p w14:paraId="61777082" w14:textId="77777777" w:rsidR="007A5172" w:rsidRPr="00911167" w:rsidRDefault="00000000">
      <w:pPr>
        <w:rPr>
          <w:lang w:val="cs-CZ"/>
        </w:rPr>
      </w:pPr>
      <w:r w:rsidRPr="00911167">
        <w:rPr>
          <w:b/>
          <w:color w:val="C00000"/>
          <w:sz w:val="30"/>
          <w:lang w:val="cs-CZ"/>
        </w:rPr>
        <w:t>4. PROHLÁŠENÍ PILOTA A LEGISLATIVA</w:t>
      </w:r>
    </w:p>
    <w:p w14:paraId="3E241CF8" w14:textId="5BEA1835" w:rsidR="007A5172" w:rsidRPr="00911167" w:rsidRDefault="00000000">
      <w:pPr>
        <w:rPr>
          <w:lang w:val="cs-CZ"/>
        </w:rPr>
      </w:pPr>
      <w:r w:rsidRPr="00911167">
        <w:rPr>
          <w:sz w:val="20"/>
          <w:lang w:val="cs-CZ"/>
        </w:rPr>
        <w:t>Podpisem tohoto formuláře pilot potvrzuje, že:</w:t>
      </w:r>
      <w:r w:rsidRPr="00911167">
        <w:rPr>
          <w:sz w:val="20"/>
          <w:lang w:val="cs-CZ"/>
        </w:rPr>
        <w:br/>
      </w:r>
      <w:r w:rsidRPr="00911167">
        <w:rPr>
          <w:sz w:val="20"/>
          <w:lang w:val="cs-CZ"/>
        </w:rPr>
        <w:br/>
        <w:t>• je členem SMČR nebo disponuje odpovídajícím oprávněním k provozu modelu,</w:t>
      </w:r>
      <w:r w:rsidRPr="00911167">
        <w:rPr>
          <w:sz w:val="20"/>
          <w:lang w:val="cs-CZ"/>
        </w:rPr>
        <w:br/>
        <w:t>• splňuje veškeré legislativní požadavky pro provoz rádiově řízených modelů,</w:t>
      </w:r>
      <w:r w:rsidRPr="00911167">
        <w:rPr>
          <w:sz w:val="20"/>
          <w:lang w:val="cs-CZ"/>
        </w:rPr>
        <w:br/>
        <w:t>• má sjednáno platné pojištění odpovědnosti za škodu způsobenou provozem modelu,</w:t>
      </w:r>
      <w:r w:rsidRPr="00911167">
        <w:rPr>
          <w:sz w:val="20"/>
          <w:lang w:val="cs-CZ"/>
        </w:rPr>
        <w:br/>
        <w:t>• model je technicky způsobilý a bezpečný pro letový provoz,</w:t>
      </w:r>
      <w:r w:rsidRPr="00911167">
        <w:rPr>
          <w:sz w:val="20"/>
          <w:lang w:val="cs-CZ"/>
        </w:rPr>
        <w:br/>
        <w:t>• bude respektovat pokyny pořadatele a bezpečnostní pravidla akce.</w:t>
      </w:r>
      <w:r w:rsidRPr="00911167">
        <w:rPr>
          <w:sz w:val="20"/>
          <w:lang w:val="cs-CZ"/>
        </w:rPr>
        <w:br/>
      </w:r>
      <w:r w:rsidRPr="00911167">
        <w:rPr>
          <w:sz w:val="20"/>
          <w:lang w:val="cs-CZ"/>
        </w:rPr>
        <w:br/>
        <w:t>Pilot je povinen dodržovat aktuální pravidla SMČR:</w:t>
      </w:r>
      <w:r w:rsidRPr="00911167">
        <w:rPr>
          <w:sz w:val="20"/>
          <w:lang w:val="cs-CZ"/>
        </w:rPr>
        <w:br/>
      </w:r>
      <w:hyperlink r:id="rId10" w:history="1">
        <w:r w:rsidRPr="00BE4951">
          <w:rPr>
            <w:rStyle w:val="Hyperlink"/>
            <w:sz w:val="20"/>
            <w:lang w:val="cs-CZ"/>
          </w:rPr>
          <w:t>https://www.smcr.cz</w:t>
        </w:r>
      </w:hyperlink>
    </w:p>
    <w:p w14:paraId="0A782599" w14:textId="77777777" w:rsidR="007A5172" w:rsidRPr="00911167" w:rsidRDefault="007A5172">
      <w:pPr>
        <w:rPr>
          <w:lang w:val="cs-CZ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23"/>
        <w:gridCol w:w="5323"/>
      </w:tblGrid>
      <w:tr w:rsidR="007A5172" w:rsidRPr="00911167" w14:paraId="5ED2A749" w14:textId="77777777" w:rsidTr="00BE4951">
        <w:trPr>
          <w:jc w:val="center"/>
        </w:trPr>
        <w:tc>
          <w:tcPr>
            <w:tcW w:w="5323" w:type="dxa"/>
          </w:tcPr>
          <w:p w14:paraId="3E470758" w14:textId="4BD636F6" w:rsidR="007A5172" w:rsidRPr="00BE4951" w:rsidRDefault="00BE4951">
            <w:pPr>
              <w:rPr>
                <w:rFonts w:ascii="HP Simplified" w:hAnsi="HP Simplified"/>
                <w:lang w:val="cs-CZ"/>
              </w:rPr>
            </w:pPr>
            <w:r w:rsidRPr="00BE4951">
              <w:rPr>
                <w:rFonts w:ascii="HP Simplified" w:hAnsi="HP Simplified"/>
                <w:sz w:val="20"/>
                <w:lang w:val="cs-CZ"/>
              </w:rPr>
              <w:t>V Kařízku dne</w:t>
            </w:r>
            <w:r>
              <w:rPr>
                <w:rFonts w:ascii="HP Simplified" w:hAnsi="HP Simplified"/>
                <w:sz w:val="20"/>
                <w:lang w:val="cs-CZ"/>
              </w:rPr>
              <w:t>: 1.8.2026</w:t>
            </w:r>
          </w:p>
        </w:tc>
        <w:tc>
          <w:tcPr>
            <w:tcW w:w="5323" w:type="dxa"/>
          </w:tcPr>
          <w:p w14:paraId="45F18D9D" w14:textId="77777777" w:rsidR="007A5172" w:rsidRPr="00BE4951" w:rsidRDefault="00000000">
            <w:pPr>
              <w:rPr>
                <w:rFonts w:ascii="HP Simplified" w:hAnsi="HP Simplified"/>
                <w:lang w:val="cs-CZ"/>
              </w:rPr>
            </w:pPr>
            <w:r w:rsidRPr="00BE4951">
              <w:rPr>
                <w:rFonts w:ascii="HP Simplified" w:hAnsi="HP Simplified"/>
                <w:sz w:val="20"/>
                <w:lang w:val="cs-CZ"/>
              </w:rPr>
              <w:t>Podpis pilota</w:t>
            </w:r>
          </w:p>
        </w:tc>
      </w:tr>
    </w:tbl>
    <w:p w14:paraId="14A3A5A0" w14:textId="77777777" w:rsidR="00000000" w:rsidRPr="00911167" w:rsidRDefault="00000000">
      <w:pPr>
        <w:rPr>
          <w:lang w:val="cs-CZ"/>
        </w:rPr>
      </w:pPr>
    </w:p>
    <w:sectPr w:rsidR="00000000" w:rsidRPr="00911167" w:rsidSect="00034616">
      <w:footerReference w:type="default" r:id="rId11"/>
      <w:pgSz w:w="12240" w:h="15840"/>
      <w:pgMar w:top="648" w:right="792" w:bottom="648" w:left="79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D1FB7" w14:textId="77777777" w:rsidR="008C10FD" w:rsidRDefault="008C10FD">
      <w:pPr>
        <w:spacing w:after="0" w:line="240" w:lineRule="auto"/>
      </w:pPr>
      <w:r>
        <w:separator/>
      </w:r>
    </w:p>
  </w:endnote>
  <w:endnote w:type="continuationSeparator" w:id="0">
    <w:p w14:paraId="3D2326D1" w14:textId="77777777" w:rsidR="008C10FD" w:rsidRDefault="008C1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  <w:font w:name="HP Simplified">
    <w:panose1 w:val="020B0606020204020204"/>
    <w:charset w:val="EE"/>
    <w:family w:val="swiss"/>
    <w:pitch w:val="variable"/>
    <w:sig w:usb0="A00000AF" w:usb1="5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B16A1" w14:textId="77777777" w:rsidR="007A5172" w:rsidRDefault="00000000">
    <w:pPr>
      <w:pStyle w:val="Footer"/>
      <w:jc w:val="center"/>
    </w:pPr>
    <w:r>
      <w:rPr>
        <w:color w:val="002060"/>
        <w:sz w:val="18"/>
      </w:rPr>
      <w:t xml:space="preserve">AMG </w:t>
    </w:r>
    <w:proofErr w:type="spellStart"/>
    <w:r>
      <w:rPr>
        <w:color w:val="002060"/>
        <w:sz w:val="18"/>
      </w:rPr>
      <w:t>Mýto</w:t>
    </w:r>
    <w:proofErr w:type="spellEnd"/>
    <w:r>
      <w:rPr>
        <w:color w:val="002060"/>
        <w:sz w:val="18"/>
      </w:rPr>
      <w:t xml:space="preserve"> • </w:t>
    </w:r>
    <w:proofErr w:type="spellStart"/>
    <w:r>
      <w:rPr>
        <w:color w:val="002060"/>
        <w:sz w:val="18"/>
      </w:rPr>
      <w:t>Modelářská</w:t>
    </w:r>
    <w:proofErr w:type="spellEnd"/>
    <w:r>
      <w:rPr>
        <w:color w:val="002060"/>
        <w:sz w:val="18"/>
      </w:rPr>
      <w:t xml:space="preserve"> </w:t>
    </w:r>
    <w:proofErr w:type="spellStart"/>
    <w:r>
      <w:rPr>
        <w:color w:val="002060"/>
        <w:sz w:val="18"/>
      </w:rPr>
      <w:t>letecká</w:t>
    </w:r>
    <w:proofErr w:type="spellEnd"/>
    <w:r>
      <w:rPr>
        <w:color w:val="002060"/>
        <w:sz w:val="18"/>
      </w:rPr>
      <w:t xml:space="preserve"> </w:t>
    </w:r>
    <w:proofErr w:type="spellStart"/>
    <w:r>
      <w:rPr>
        <w:color w:val="002060"/>
        <w:sz w:val="18"/>
      </w:rPr>
      <w:t>pouť</w:t>
    </w:r>
    <w:proofErr w:type="spellEnd"/>
    <w:r>
      <w:rPr>
        <w:color w:val="002060"/>
        <w:sz w:val="18"/>
      </w:rPr>
      <w:t xml:space="preserve"> 2026 • www.amgmyto.cz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90746" w14:textId="77777777" w:rsidR="008C10FD" w:rsidRDefault="008C10FD">
      <w:pPr>
        <w:spacing w:after="0" w:line="240" w:lineRule="auto"/>
      </w:pPr>
      <w:r>
        <w:separator/>
      </w:r>
    </w:p>
  </w:footnote>
  <w:footnote w:type="continuationSeparator" w:id="0">
    <w:p w14:paraId="5138197E" w14:textId="77777777" w:rsidR="008C10FD" w:rsidRDefault="008C10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174778">
    <w:abstractNumId w:val="8"/>
  </w:num>
  <w:num w:numId="2" w16cid:durableId="1096485586">
    <w:abstractNumId w:val="6"/>
  </w:num>
  <w:num w:numId="3" w16cid:durableId="1967544099">
    <w:abstractNumId w:val="5"/>
  </w:num>
  <w:num w:numId="4" w16cid:durableId="166336675">
    <w:abstractNumId w:val="4"/>
  </w:num>
  <w:num w:numId="5" w16cid:durableId="317464106">
    <w:abstractNumId w:val="7"/>
  </w:num>
  <w:num w:numId="6" w16cid:durableId="1503155946">
    <w:abstractNumId w:val="3"/>
  </w:num>
  <w:num w:numId="7" w16cid:durableId="1333100320">
    <w:abstractNumId w:val="2"/>
  </w:num>
  <w:num w:numId="8" w16cid:durableId="1996033087">
    <w:abstractNumId w:val="1"/>
  </w:num>
  <w:num w:numId="9" w16cid:durableId="1743797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FYqKC6Q2RWw53yIbaPKim5y8Nj5+Tc7m8quavzksxza53KtgkHkSW8347xbVKRYRNuK/qb12f0hC6w67hbQAeQ==" w:salt="/lw3iGk8iQm0aj7E7rVCC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4A4B"/>
    <w:rsid w:val="0006063C"/>
    <w:rsid w:val="0015074B"/>
    <w:rsid w:val="0029639D"/>
    <w:rsid w:val="00326F90"/>
    <w:rsid w:val="006E3A44"/>
    <w:rsid w:val="006F4182"/>
    <w:rsid w:val="007A5172"/>
    <w:rsid w:val="007F65E7"/>
    <w:rsid w:val="008C10FD"/>
    <w:rsid w:val="00911167"/>
    <w:rsid w:val="00AA1D8D"/>
    <w:rsid w:val="00B47730"/>
    <w:rsid w:val="00BE4951"/>
    <w:rsid w:val="00CB0664"/>
    <w:rsid w:val="00F11AB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BEAF52"/>
  <w14:defaultImageDpi w14:val="300"/>
  <w15:docId w15:val="{67217B99-EC39-4699-97E5-CE942E11B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BE49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49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smcr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238</Words>
  <Characters>1363</Characters>
  <Application>Microsoft Office Word</Application>
  <DocSecurity>8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Bitter</dc:creator>
  <cp:keywords/>
  <dc:description>generated by python-docx</dc:description>
  <cp:lastModifiedBy>Jan Bitter</cp:lastModifiedBy>
  <cp:revision>2</cp:revision>
  <dcterms:created xsi:type="dcterms:W3CDTF">2026-05-10T10:24:00Z</dcterms:created>
  <dcterms:modified xsi:type="dcterms:W3CDTF">2026-05-10T10:24:00Z</dcterms:modified>
  <cp:category/>
</cp:coreProperties>
</file>